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20"/>
        <w:jc w:val="left"/>
        <w:pBdr>
          <w:bottom w:val="single" w:sz="16" w:space="6" w:color="B89A54"/>
        </w:pBdr>
      </w:pPr>
      <w:r>
        <w:rPr>
          <w:rFonts w:ascii="Arial" w:hAnsi="Arial" w:eastAsia="Arial"/>
          <w:b/>
          <w:i w:val="0"/>
          <w:color w:val="202733"/>
          <w:sz w:val="42"/>
        </w:rPr>
        <w:t>ОПРОСНЫЙ ЛИСТ</w:t>
      </w:r>
    </w:p>
    <w:p>
      <w:pPr>
        <w:spacing w:after="40"/>
      </w:pPr>
      <w:r>
        <w:rPr>
          <w:rFonts w:ascii="Arial" w:hAnsi="Arial" w:eastAsia="Arial"/>
          <w:b/>
          <w:i w:val="0"/>
          <w:color w:val="B89A54"/>
          <w:sz w:val="22"/>
        </w:rPr>
        <w:t>ВИЗА В ВЕЛИКОБРИТАНИЮ</w:t>
      </w:r>
    </w:p>
    <w:p>
      <w:pPr>
        <w:spacing w:after="120"/>
      </w:pPr>
      <w:r>
        <w:rPr>
          <w:rFonts w:ascii="Arial" w:hAnsi="Arial" w:eastAsia="Arial"/>
          <w:b w:val="0"/>
          <w:i/>
          <w:color w:val="687384"/>
          <w:sz w:val="19"/>
        </w:rPr>
        <w:t>Не просто анкета. Продуманная подготовка к подаче.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E9DFC7"/>
          <w:left w:val="single" w:sz="6" w:space="0" w:color="E9DFC7"/>
          <w:bottom w:val="single" w:sz="6" w:space="0" w:color="E9DFC7"/>
          <w:right w:val="single" w:sz="6" w:space="0" w:color="E9DFC7"/>
          <w:insideH w:val="single" w:sz="6" w:space="0" w:color="E9DFC7"/>
          <w:insideV w:val="single" w:sz="6" w:space="0" w:color="E9DFC7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shd w:fill="F8F5ED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Заполнение всех пунктов опросного листа обязательно.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7"/>
              </w:rPr>
              <w:t>Как заполнять: вводите ответы в поля с серым фоном. Для вариантов ответа отметьте подходящие пункты крестиком (например, X). Если вопрос не относится к Вам, оставьте поле пустым. После заполнения сохраните документ и отправьте его на hello@get-visas.ru.</w:t>
            </w:r>
          </w:p>
        </w:tc>
      </w:tr>
    </w:tbl>
    <w:p>
      <w:pPr>
        <w:spacing w:after="80" w:before="0" w:line="240" w:lineRule="auto"/>
      </w:pPr>
      <w:r>
        <w:rPr>
          <w:sz w:val="2"/>
        </w:rPr>
        <w:t xml:space="preserve"> </w:t>
      </w:r>
    </w:p>
    <w:p>
      <w:pPr>
        <w:keepNext/>
        <w:spacing w:before="220" w:after="100"/>
        <w:ind w:left="29"/>
        <w:pBdr>
          <w:bottom w:val="single" w:sz="10" w:space="3" w:color="B89A54"/>
        </w:pBdr>
      </w:pPr>
      <w:r>
        <w:rPr>
          <w:rFonts w:ascii="Arial" w:hAnsi="Arial" w:eastAsia="Arial"/>
          <w:b/>
          <w:i w:val="0"/>
          <w:color w:val="202733"/>
          <w:sz w:val="26"/>
        </w:rPr>
        <w:t>Личные данные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1. Фамилия, имя, отчество (по заграничному паспорту)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2. Другие имена и фамилии, включая девичью фамилию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3. Ваш фактический адрес проживания с индексом</w:t>
            </w:r>
          </w:p>
        </w:tc>
      </w:tr>
      <w:tr>
        <w:trPr>
          <w:trHeight w:val="619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4. Как долго Вы проживаете по данному адресу? (лет / месяцев)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color w:val="202733"/>
                <w:sz w:val="18"/>
              </w:rPr>
              <w:t>4.1 Если по указанному адресу проживаете меньше 2-х лет, то укажите прошлое место проживания и даты проживания.</w:t>
            </w:r>
          </w:p>
        </w:tc>
      </w:tr>
      <w:tr>
        <w:trPr>
          <w:trHeight w:val="619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5. Мобильный телефон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5.1. Email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6. Являетесь ли Вы собственником жилья, в котором проживаете? (выберите нужный вариант ответа)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Являюсь собственником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Снимаю это жилье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Живу со своей семьей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Другое (укажите подробности)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7. Ваше семейное положение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Холост / не замужем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Женат / замужем / Гражданский брак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Разведен(а) / отношения расторгнуты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Вдова / вдовец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8. Ваше гражданство - ______________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color w:val="202733"/>
                <w:sz w:val="18"/>
              </w:rPr>
              <w:t>8.1 Есть ли у Вас второе гражданство? Укажите страну - ________________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color w:val="202733"/>
                <w:sz w:val="18"/>
              </w:rPr>
              <w:t>8.2 Было ли у Вас иное гражданство? Укажите страну - ________________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9. Дата рождения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10. Страна рождения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11. Место рождения (полностью)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p>
      <w:pPr>
        <w:keepNext/>
        <w:spacing w:before="220" w:after="100"/>
        <w:ind w:left="29"/>
        <w:pBdr>
          <w:bottom w:val="single" w:sz="10" w:space="3" w:color="B89A54"/>
        </w:pBdr>
      </w:pPr>
      <w:r>
        <w:rPr>
          <w:rFonts w:ascii="Arial" w:hAnsi="Arial" w:eastAsia="Arial"/>
          <w:b/>
          <w:i w:val="0"/>
          <w:color w:val="202733"/>
          <w:sz w:val="26"/>
        </w:rPr>
        <w:t>Паспортные данные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12. Номер действующего заграничного паспорта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13. Орган, выдавший загранпаспорт (ФМС / УФМС)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14. Сроки действия действующего заграничного паспорта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15. Имеется ли у Вас другой загранпаспорт?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</w:pPr>
            <w:r/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- старый заграничный паспорт</w:t>
            </w:r>
          </w:p>
          <w:p>
            <w:pPr>
              <w:keepLines/>
              <w:spacing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- паспорт, выданный другим государством</w:t>
            </w:r>
          </w:p>
          <w:p>
            <w:pPr>
              <w:keepLines/>
              <w:spacing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  <w:p>
            <w:pPr>
              <w:keepLines/>
              <w:spacing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 (укажите информацию в п. 16)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16. Номер паспорта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Паспортная запись 1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Номер паспорта — запись 1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Орган выдачи — запись 1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выдачи — запись 1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окончания — запись 1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Паспортная запись 2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Номер паспорта — запись 2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Орган выдачи — запись 2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выдачи — запись 2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окончания — запись 2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Паспортная запись 3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Номер паспорта — запись 3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Орган выдачи — запись 3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выдачи — запись 3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окончания — запись 3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17. Номер общегражданского паспорта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p>
      <w:pPr>
        <w:keepNext/>
        <w:spacing w:before="220" w:after="100"/>
        <w:ind w:left="29"/>
        <w:pBdr>
          <w:bottom w:val="single" w:sz="10" w:space="3" w:color="B89A54"/>
        </w:pBdr>
      </w:pPr>
      <w:r>
        <w:rPr>
          <w:rFonts w:ascii="Arial" w:hAnsi="Arial" w:eastAsia="Arial"/>
          <w:b/>
          <w:i w:val="0"/>
          <w:color w:val="202733"/>
          <w:sz w:val="26"/>
        </w:rPr>
        <w:t>Трудоустройство / Занятость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18. Каков Ваш статус занятости? Вы можете выбрать более одного варианта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Полная занятость (заполнить п. 30 - 36)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Частный предприниматель (заполнить п. 30 – 36)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Студент / школьник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Пенсионер (заполнить п. 37 – 37.1)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Неработающий (заполнить п. 37 – 37.1)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19. Название организации, в которой Вы работаете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20. Полный адрес организации</w:t>
            </w:r>
          </w:p>
        </w:tc>
      </w:tr>
      <w:tr>
        <w:trPr>
          <w:trHeight w:val="619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21. Рабочий телефон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22. Дата начала работы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23. Ваша должность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24. Сколько Вы зарабатываете в месяц после уплаты налогов?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25. В чем заключается Ваша работа?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p>
      <w:pPr>
        <w:keepNext/>
        <w:spacing w:before="220" w:after="100"/>
        <w:ind w:left="29"/>
        <w:pBdr>
          <w:bottom w:val="single" w:sz="10" w:space="3" w:color="B89A54"/>
        </w:pBdr>
      </w:pPr>
      <w:r>
        <w:rPr>
          <w:rFonts w:ascii="Arial" w:hAnsi="Arial" w:eastAsia="Arial"/>
          <w:b/>
          <w:i w:val="0"/>
          <w:color w:val="202733"/>
          <w:sz w:val="26"/>
        </w:rPr>
        <w:t>Доходы и расходы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26. Получаете ли Вы доход из других источников? Если да, выберите нужный ответ и укажите общую сумму этого дохода за год: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пособие или регулярные денежные суммы от семьи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пенсия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инвестиции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сдача в аренду недвижимости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37.1 Общая сумма дохода за год из других источников: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27. Имеете ли Вы собственные сбережения, счет в банке?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 (заполнить п. 39)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28. Если да, укажите сумму исходящего остатка по справке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29. Сумма ваших ежемесячных расходов (включая расходы на иждивенцев)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30. Сколько Вам лично будет стоить Ваша поездка, включая авиабилеты, проживание, питание?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31. Кто-то другой, кроме Вас, оплачивает полностью или определённую часть Вашей поездки?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 (заполнить п. 43)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32. Кто оплачивает ваши расходы по поездке? Выберите нужный вариант: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А) Семья или друг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Б) Ваш работодатель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В) Другая компания или организация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А) Семья или друг: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Укажите имя и фамилию того, кто оплачивает расходы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Адрес его проживания</w:t>
            </w:r>
          </w:p>
        </w:tc>
      </w:tr>
      <w:tr>
        <w:trPr>
          <w:trHeight w:val="648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Какая сумма оплачивается за вашу поездку?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По какой причине оплачивается ваша поездка?</w:t>
            </w:r>
          </w:p>
        </w:tc>
      </w:tr>
      <w:tr>
        <w:trPr>
          <w:trHeight w:val="648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Б) Ваш работодатель: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Какую сумму оплачивается за вашу поездку?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По какой причине оплачивается ваша поездка?</w:t>
            </w:r>
          </w:p>
        </w:tc>
      </w:tr>
      <w:tr>
        <w:trPr>
          <w:trHeight w:val="648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В) Другая компания или организация: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Укажите название компании или организации, которая оплачивает ваши расходы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Полный адрес компании</w:t>
            </w:r>
          </w:p>
        </w:tc>
      </w:tr>
      <w:tr>
        <w:trPr>
          <w:trHeight w:val="648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Какая сумма оплачивается за вашу поездку?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По какой причине оплачивается ваша поездка?</w:t>
            </w:r>
          </w:p>
        </w:tc>
      </w:tr>
      <w:tr>
        <w:trPr>
          <w:trHeight w:val="648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220" w:after="100"/>
        <w:ind w:left="29"/>
        <w:pBdr>
          <w:bottom w:val="single" w:sz="10" w:space="3" w:color="B89A54"/>
        </w:pBdr>
      </w:pPr>
      <w:r>
        <w:rPr>
          <w:rFonts w:ascii="Arial" w:hAnsi="Arial" w:eastAsia="Arial"/>
          <w:b/>
          <w:i w:val="0"/>
          <w:color w:val="202733"/>
          <w:sz w:val="26"/>
        </w:rPr>
        <w:t>Информация о поездке в Великобританию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33. Дата Вашего приезда в Великобританию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34. Дата отъезда из Великобритании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35. Какова основная цель вашей поездки в Великобританию?</w:t>
            </w:r>
          </w:p>
        </w:tc>
      </w:tr>
      <w:tr>
        <w:trPr>
          <w:trHeight w:val="619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36. Едете ли Вы с кем-то, кто не является Вашим супругом или лицом на иждивении?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 (заполнить п. 37-39)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37. Имя и фамилия туриста, который путешествует с Вами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38. Гражданство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39. Кем он Вам приходится?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40. Укажите, где Вы планируете остановиться в Великобритании? Выберите подходящий ответ: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1) отель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2) у родственника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3) у друзей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41. Укажите соответствующую вашему проживанию информацию: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Вариант 1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Название и полный адрес отеля</w:t>
            </w:r>
          </w:p>
        </w:tc>
      </w:tr>
      <w:tr>
        <w:trPr>
          <w:trHeight w:val="648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Вариант 2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Имя и фамилия родственника, полный адрес</w:t>
            </w:r>
          </w:p>
        </w:tc>
      </w:tr>
      <w:tr>
        <w:trPr>
          <w:trHeight w:val="648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Вариант 3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Имя и фамилия друга, полный адрес</w:t>
            </w:r>
          </w:p>
        </w:tc>
      </w:tr>
      <w:tr>
        <w:trPr>
          <w:trHeight w:val="648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220" w:after="100"/>
        <w:ind w:left="29"/>
        <w:pBdr>
          <w:bottom w:val="single" w:sz="10" w:space="3" w:color="B89A54"/>
        </w:pBdr>
      </w:pPr>
      <w:r>
        <w:rPr>
          <w:rFonts w:ascii="Arial" w:hAnsi="Arial" w:eastAsia="Arial"/>
          <w:b/>
          <w:i w:val="0"/>
          <w:color w:val="202733"/>
          <w:sz w:val="26"/>
        </w:rPr>
        <w:t>Деловая поездка</w:t>
      </w:r>
    </w:p>
    <w:p>
      <w:pPr>
        <w:spacing w:before="40" w:after="100"/>
        <w:ind w:left="58"/>
      </w:pPr>
      <w:r>
        <w:rPr>
          <w:rFonts w:ascii="Arial" w:hAnsi="Arial" w:eastAsia="Arial"/>
          <w:b w:val="0"/>
          <w:i/>
          <w:color w:val="687384"/>
          <w:sz w:val="17"/>
        </w:rPr>
        <w:t>Если у Вас деловая цель поездки, заполните пункты 42-47.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42. Название компании или организации, пригласившей Вас в Великобританию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43. Кто Вас пригласил? (Укажите имя и фамилию)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44. Чем занимается компания, пригласившая Вас?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45. Полный адрес компании в Великобритании</w:t>
            </w:r>
          </w:p>
        </w:tc>
      </w:tr>
      <w:tr>
        <w:trPr>
          <w:trHeight w:val="619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46. Телефон компании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47. Опишите, что Вы планируете делать в своей деловой поездке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p>
      <w:pPr>
        <w:keepNext/>
        <w:spacing w:before="220" w:after="100"/>
        <w:ind w:left="29"/>
        <w:pBdr>
          <w:bottom w:val="single" w:sz="10" w:space="3" w:color="B89A54"/>
        </w:pBdr>
      </w:pPr>
      <w:r>
        <w:rPr>
          <w:rFonts w:ascii="Arial" w:hAnsi="Arial" w:eastAsia="Arial"/>
          <w:b/>
          <w:i w:val="0"/>
          <w:color w:val="202733"/>
          <w:sz w:val="26"/>
        </w:rPr>
        <w:t>Информация о членах семьи и родителях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48. Фамилия и имя супруга/и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49. Гражданство супруга/и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50. Дата рождения супруга/и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51. Номер заграничного паспорта супруга/и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52. Едет ли с Вами супруг/а в Великобританию?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53. Проживает ли Ваш супруг/а с Вами?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 (заполнить п. 54 - 55)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54. Полный адрес (с индексом) проживания супруга</w:t>
            </w:r>
          </w:p>
        </w:tc>
      </w:tr>
      <w:tr>
        <w:trPr>
          <w:trHeight w:val="619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55. Страна проживания супруга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Отец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56. Имя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57. Фамилия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58. Дата рождения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59. Гражданство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60. Всегда ли ваш отец имел одно гражданство? Если нет, укажите гражданство отца на момент вашего рождения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</w:pPr>
            <w:r/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Если нет, укажите гражданство отца на момент вашего рождения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Мать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61. Имя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62. Фамилия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63. Дата рождения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64. Гражданство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65. Всегда ли ваша мать имела одно гражданство? Если нет, укажите гражданство матери на момент вашего рождения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</w:pPr>
            <w:r/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Если нет, укажите гражданство матери на момент вашего рождения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220" w:after="100"/>
        <w:ind w:left="29"/>
        <w:pBdr>
          <w:bottom w:val="single" w:sz="10" w:space="3" w:color="B89A54"/>
        </w:pBdr>
      </w:pPr>
      <w:r>
        <w:rPr>
          <w:rFonts w:ascii="Arial" w:hAnsi="Arial" w:eastAsia="Arial"/>
          <w:b/>
          <w:i w:val="0"/>
          <w:color w:val="202733"/>
          <w:sz w:val="26"/>
        </w:rPr>
        <w:t>Информация о лицах, находящихся на иждивении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66. Нуждается ли кто-то в Вашей финансовой поддержке? (включая ваших детей, проживающих вместе с Вами и нуждающихся в Вашей помощи)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 (заполнить п. 77-83)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67. Фамилия и имя ребенка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68. Дата рождения ребенка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69. Место рождения ребенка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70. Гражданство ребенка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71. Номер загранпаспорта ребенка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72. Ребенок едет с Вами?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73. Ребенок проживает с Вами?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 (заполнить п. 84)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74. Если ребенок проживает не с Вами, укажите полный фактический адрес его проживания</w:t>
            </w:r>
          </w:p>
        </w:tc>
      </w:tr>
      <w:tr>
        <w:trPr>
          <w:trHeight w:val="619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p>
      <w:pPr>
        <w:keepNext/>
        <w:spacing w:before="220" w:after="100"/>
        <w:ind w:left="29"/>
        <w:pBdr>
          <w:bottom w:val="single" w:sz="10" w:space="3" w:color="B89A54"/>
        </w:pBdr>
      </w:pPr>
      <w:r>
        <w:rPr>
          <w:rFonts w:ascii="Arial" w:hAnsi="Arial" w:eastAsia="Arial"/>
          <w:b/>
          <w:i w:val="0"/>
          <w:color w:val="202733"/>
          <w:sz w:val="26"/>
        </w:rPr>
        <w:t>Родственники в Великобритании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75. Есть ли у Вас родственники, которые проживают в Великобритании?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 (заполнить п. 86 - 90)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76. Кем Вам приходится родственник/и? (укажите степень родства)</w:t>
            </w:r>
          </w:p>
        </w:tc>
      </w:tr>
      <w:tr>
        <w:trPr>
          <w:trHeight w:val="345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77. Укажите имя и фамилию родственника/ов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Родственник 1 — имя и фамилия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Родственник 2 — имя и фамилия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78. Укажите гражданство родственника/ов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Родственник 1 — гражданство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Родственник 2 — гражданство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79. На каком основании ваш родственник/и находится в Великобритании? Выберите подходящий ответ: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1. имеет временную визу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2. проживает постоянно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80. Укажите номер паспорта и номер Residence Permit родственника/ов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Родственник 1 — номер паспорта и номер Residence Permit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Родственник 2 — номер паспорта и номер Residence Permit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220" w:after="100"/>
        <w:ind w:left="29"/>
        <w:pBdr>
          <w:bottom w:val="single" w:sz="10" w:space="3" w:color="B89A54"/>
        </w:pBdr>
      </w:pPr>
      <w:r>
        <w:rPr>
          <w:rFonts w:ascii="Arial" w:hAnsi="Arial" w:eastAsia="Arial"/>
          <w:b/>
          <w:i w:val="0"/>
          <w:color w:val="202733"/>
          <w:sz w:val="26"/>
        </w:rPr>
        <w:t>Информация о поездках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81. Получали ли Вы визу в Великобританию? (Если ответ Да, указать месяц и год открытия визы)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Если ответ «Да», укажите месяц и год открытия визы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82. Сколько раз Вы были в Великобритании за последние 10 лет? Выберете ответ: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ни разу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один раз (заполнить п. 93)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от 2 до 5 раз (заполнить п. 93)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более 6 раз (заполнить п. 93)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83. Если да, укажите по каждой из последних 3 поездок: месяц и год въезда, страну въезда, количество проведённых дней и цель поездки.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Поездка в Великобританию 1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Цель поездки — поездка 1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Месяц и год въезда в Великобританию — поездка 1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Страна въезда — поездка 1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Количество проведённых дней — поездка 1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Поездка в Великобританию 2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Цель поездки — поездка 2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Месяц и год въезда в Великобританию — поездка 2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Страна въезда — поездка 2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Количество проведённых дней — поездка 2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Поездка в Великобританию 3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Цель поездки — поездка 3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Месяц и год въезда в Великобританию — поездка 3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Страна въезда — поездка 3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Количество проведённых дней — поездка 3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84. Было ли Вам когда-либо: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Отказано в визе в UK?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 (заполнить п. 94.1)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Отказано во въезде в UK?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 (заполнить п. 94.1)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Депортированы из UK?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 (заполнить п. 94.1)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84.1 Укажите: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</w:pPr>
            <w:r/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— Дату получения отказа в визе / во въезде:</w:t>
            </w:r>
          </w:p>
          <w:p>
            <w:pPr>
              <w:keepLines/>
              <w:spacing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— Дату депортации:</w:t>
            </w:r>
          </w:p>
          <w:p>
            <w:pPr>
              <w:keepLines/>
              <w:spacing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— Причину отказа в визе / во въезде или депортации: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85. Было ли Вам когда-либо: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Отказано в визе в другую страну?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 (заполнить п. 95.1)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Отказано во въезде в другую страну?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 (заполнить п. 95.1)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Депортированы из другой страны?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 (заполнить п. 95.1)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85.1 Укажите: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</w:pPr>
            <w:r/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— Название страны (кроме UK):</w:t>
            </w:r>
          </w:p>
          <w:p>
            <w:pPr>
              <w:keepLines/>
              <w:spacing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— Дату получения отказа в визе / во въезде (кроме UK):</w:t>
            </w:r>
          </w:p>
          <w:p>
            <w:pPr>
              <w:keepLines/>
              <w:spacing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— Дату депортации (кроме UK):</w:t>
            </w:r>
          </w:p>
          <w:p>
            <w:pPr>
              <w:keepLines/>
              <w:spacing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— Причину отказа в визе / во въезде или депортации: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86. Вы выезжали за границу за последние 10 лет (за исключением UK)?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 (заполните табл. ниже)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p>
      <w:pPr>
        <w:spacing w:before="40" w:after="100"/>
        <w:ind w:left="58"/>
      </w:pPr>
      <w:r>
        <w:rPr>
          <w:rFonts w:ascii="Arial" w:hAnsi="Arial" w:eastAsia="Arial"/>
          <w:b w:val="0"/>
          <w:i/>
          <w:color w:val="687384"/>
          <w:sz w:val="17"/>
        </w:rPr>
        <w:t>Укажите в таблице информацию: по 2 последним поездкам в США, Канаду, Австралию, Новую Зеландию и страны Европейской экономической зоны; по 3 последним поездкам в другие страны.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87.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Поездка 1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въезда — поездка 1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выезда — поездка 1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Количество дней — поездка 1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Страна — поездка 1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Цель поездки — поездка 1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Поездка 2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въезда — поездка 2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выезда — поездка 2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Количество дней — поездка 2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Страна — поездка 2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Цель поездки — поездка 2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Поездка 3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въезда — поездка 3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выезда — поездка 3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Количество дней — поездка 3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Страна — поездка 3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Цель поездки — поездка 3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Поездка 4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въезда — поездка 4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выезда — поездка 4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Количество дней — поездка 4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Страна — поездка 4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Цель поездки — поездка 4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Поездка 5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въезда — поездка 5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выезда — поездка 5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Количество дней — поездка 5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Страна — поездка 5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Цель поездки — поездка 5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Поездка 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въезда — поездка 6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выезда — поездка 6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Количество дней — поездка 6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Страна — поездка 6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Цель поездки — поездка 6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Поездка 7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въезда — поездка 7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выезда — поездка 7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Количество дней — поездка 7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Страна — поездка 7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Цель поездки — поездка 7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Поездка 8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въезда — поездка 8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выезда — поездка 8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Количество дней — поездка 8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Страна — поездка 8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Цель поездки — поездка 8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Поездка 9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въезда — поездка 9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выезда — поездка 9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Количество дней — поездка 9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Страна — поездка 9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Цель поездки — поездка 9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B89A54"/>
          <w:sz w:val="21"/>
        </w:rPr>
        <w:t>Поездка 10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въезда — поездка 10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Дата выезда — поездка 10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Количество дней — поездка 10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Страна — поездка 10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Цель поездки — поездка 10</w:t>
            </w:r>
          </w:p>
        </w:tc>
      </w:tr>
      <w:tr>
        <w:trPr>
          <w:trHeight w:val="360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p>
      <w:pPr>
        <w:keepNext/>
        <w:spacing w:before="220" w:after="100"/>
        <w:ind w:left="29"/>
        <w:pBdr>
          <w:bottom w:val="single" w:sz="10" w:space="3" w:color="B89A54"/>
        </w:pBdr>
      </w:pPr>
      <w:r>
        <w:rPr>
          <w:rFonts w:ascii="Arial" w:hAnsi="Arial" w:eastAsia="Arial"/>
          <w:b/>
          <w:i w:val="0"/>
          <w:color w:val="202733"/>
          <w:sz w:val="26"/>
        </w:rPr>
        <w:t>Судимость и другие виды наказаний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88. Имели (совершали) ли Вы что-либо из нижеперечисленного, находясь на территории Великобритании или другой страны?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88.1. Судимость за совершение уголовного преступления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color w:val="202733"/>
                <w:sz w:val="18"/>
              </w:rPr>
              <w:t>88.2 Наказание за любое нарушение Правил Дорожного движения, например, превышение скорости или отсутствие страховки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color w:val="202733"/>
                <w:sz w:val="18"/>
              </w:rPr>
              <w:t>88.3 Обвинение или арест по делам, находящимся на рассмотрении или ожидающим рассмотрения в суде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color w:val="202733"/>
                <w:sz w:val="18"/>
              </w:rPr>
              <w:t>88.4 Предостережение, предупреждение, выговор и другие виды наказаний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color w:val="202733"/>
                <w:sz w:val="18"/>
              </w:rPr>
              <w:t>88.5 Решение суда, вынесенное против Вас, например, за неуплату долгов, по процедуре банкротства или за асоциальное поведение.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color w:val="202733"/>
                <w:sz w:val="18"/>
              </w:rPr>
              <w:t>88.6 Если Вы ответили ДА на какой-либо из вышеперечисленных пунктов, укажите подробности.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89. Были ли Вы вовлечены или подозревались когда-либо в военных преступлениях, преступлениях против человечества или геноциде?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90. Являлись ли Вы членом организации, связанной с террористической деятельностью, или оказывали ей какое-либо содействие?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91. Высказывали ли Вы, прямо или косвенно, взгляды, оправдывающие или восхваляющие терроризм или поощряющие совершение террористических актов и других серьезных преступлений?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92. Если Вы ответили ДА на какой-либо из вышеперечисленных пунктов, укажите подробности.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93. Вы когда-либо работали в какой-либо из следующих организаций: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Нет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Да. (укажите информацию ниже)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1) Вооружённые силы (включая срочную службу в армии). Укажите период службы и род войск</w:t>
            </w:r>
          </w:p>
        </w:tc>
      </w:tr>
      <w:tr>
        <w:trPr>
          <w:trHeight w:val="648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2) Правительственные органы (включая Государственное и Муниципальное управление). Укажите название органа, должность, период работы</w:t>
            </w:r>
          </w:p>
        </w:tc>
      </w:tr>
      <w:tr>
        <w:trPr>
          <w:trHeight w:val="648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3) Средства массовой информации. Укажите название организации, должность, период работы</w:t>
            </w:r>
          </w:p>
        </w:tc>
      </w:tr>
      <w:tr>
        <w:trPr>
          <w:trHeight w:val="648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4) Структуры безопасности (включая полицию и частные охранные компании). Укажите название организации, должность, период работы</w:t>
            </w:r>
          </w:p>
        </w:tc>
      </w:tr>
      <w:tr>
        <w:trPr>
          <w:trHeight w:val="648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5) Административные организации (даты, должность, название организации)</w:t>
            </w:r>
          </w:p>
        </w:tc>
      </w:tr>
      <w:tr>
        <w:trPr>
          <w:trHeight w:val="648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keepNext/>
              <w:keepLines/>
              <w:spacing w:after="0" w:line="245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6) Судебные органы. Укажите название органа, должность, период работы</w:t>
            </w:r>
          </w:p>
        </w:tc>
      </w:tr>
      <w:tr>
        <w:trPr>
          <w:trHeight w:val="648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05" w:type="dxa"/>
              <w:bottom w:w="75" w:type="dxa"/>
              <w:end w:w="105" w:type="dxa"/>
            </w:tcMar>
          </w:tcPr>
          <w:p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4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94. Есть какая-либо дополнительная информация, которую Вы хотите сообщить?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0" w:line="252" w:lineRule="auto"/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center"/>
            <w:shd w:fill="F8F5ED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Next/>
              <w:keepLines/>
              <w:spacing w:after="0" w:line="252" w:lineRule="auto"/>
            </w:pPr>
            <w:r>
              <w:rPr>
                <w:rFonts w:ascii="Arial" w:hAnsi="Arial" w:eastAsia="Arial"/>
                <w:b/>
                <w:i w:val="0"/>
                <w:color w:val="202733"/>
                <w:sz w:val="18"/>
              </w:rPr>
              <w:t>95. В каком из Британских визовых центров Вы будете сдавать биометрические данные? Выберете город.</w:t>
            </w:r>
          </w:p>
        </w:tc>
      </w:tr>
      <w:tr>
        <w:trPr>
          <w:trHeight w:val="936" w:hRule="atLeast"/>
          <w:cantSplit/>
        </w:trPr>
        <w:tc>
          <w:tcPr>
            <w:tcW w:type="dxa" w:w="10368"/>
            <w:vAlign w:val="top"/>
            <w:shd w:fill="F5F7FA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Москва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Санкт-Петербург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Ростов-на-Дону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Екатеринбург</w:t>
            </w:r>
          </w:p>
          <w:p>
            <w:pPr>
              <w:keepLines/>
              <w:spacing w:after="20" w:line="240" w:lineRule="auto"/>
              <w:ind w:left="43"/>
            </w:pPr>
            <w:r>
              <w:rPr>
                <w:rFonts w:ascii="Arial" w:hAnsi="Arial" w:eastAsia="Arial"/>
                <w:b w:val="0"/>
                <w:i w:val="0"/>
                <w:color w:val="202733"/>
                <w:sz w:val="18"/>
              </w:rPr>
              <w:t>☐  Новосибирск</w:t>
            </w:r>
          </w:p>
        </w:tc>
      </w:tr>
    </w:tbl>
    <w:p>
      <w:pPr>
        <w:spacing w:after="60" w:before="0" w:line="240" w:lineRule="auto"/>
      </w:pPr>
      <w:r>
        <w:rPr>
          <w:sz w:val="2"/>
        </w:rPr>
        <w:t xml:space="preserve"> </w:t>
      </w:r>
    </w:p>
    <w:p>
      <w:pPr>
        <w:spacing w:before="240" w:after="20"/>
        <w:pBdr>
          <w:bottom w:val="single" w:sz="8" w:space="3" w:color="B89A54"/>
        </w:pBdr>
      </w:pPr>
      <w:r>
        <w:rPr>
          <w:rFonts w:ascii="Arial" w:hAnsi="Arial" w:eastAsia="Arial"/>
          <w:b/>
          <w:i w:val="0"/>
          <w:color w:val="202733"/>
          <w:sz w:val="22"/>
        </w:rPr>
        <w:t>GET</w:t>
      </w:r>
      <w:r>
        <w:rPr>
          <w:rFonts w:ascii="Arial" w:hAnsi="Arial" w:eastAsia="Arial"/>
          <w:b/>
          <w:i w:val="0"/>
          <w:color w:val="B89A54"/>
          <w:sz w:val="22"/>
        </w:rPr>
        <w:t>VISAS</w:t>
      </w:r>
      <w:r>
        <w:rPr>
          <w:rFonts w:ascii="Arial" w:hAnsi="Arial" w:eastAsia="Arial"/>
          <w:b w:val="0"/>
          <w:i w:val="0"/>
          <w:color w:val="687384"/>
          <w:sz w:val="18"/>
        </w:rPr>
        <w:t xml:space="preserve">  •  hello@get-visas.ru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936" w:bottom="893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</w:pPr>
    <w:r>
      <w:rPr>
        <w:rFonts w:ascii="Arial" w:hAnsi="Arial" w:eastAsia="Arial"/>
        <w:b w:val="0"/>
        <w:i w:val="0"/>
        <w:color w:val="687384"/>
        <w:sz w:val="16"/>
      </w:rPr>
      <w:t xml:space="preserve">GETVISAS  •  hello@get-visas.ru     |    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  <w:pBdr>
        <w:bottom w:val="single" w:sz="8" w:space="4" w:color="B89A54"/>
      </w:pBdr>
    </w:pPr>
    <w:r>
      <w:rPr>
        <w:rFonts w:ascii="Arial" w:hAnsi="Arial" w:eastAsia="Arial"/>
        <w:b/>
        <w:i w:val="0"/>
        <w:color w:val="202733"/>
        <w:sz w:val="24"/>
      </w:rPr>
      <w:t>GET</w:t>
    </w:r>
    <w:r>
      <w:rPr>
        <w:rFonts w:ascii="Arial" w:hAnsi="Arial" w:eastAsia="Arial"/>
        <w:b/>
        <w:i w:val="0"/>
        <w:color w:val="B89A54"/>
        <w:sz w:val="24"/>
      </w:rPr>
      <w:t>VISAS</w:t>
    </w:r>
    <w:r>
      <w:rPr>
        <w:rFonts w:ascii="Arial" w:hAnsi="Arial" w:eastAsia="Arial"/>
        <w:b w:val="0"/>
        <w:i w:val="0"/>
        <w:color w:val="687384"/>
        <w:sz w:val="17"/>
      </w:rPr>
      <w:t xml:space="preserve">     •     hello@get-visas.ru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Arial" w:hAnsi="Arial"/>
      <w:color w:val="2027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2027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20273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73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73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GetVisas — виза в Великобританию</dc:title>
  <dc:subject>Брендированный опросный лист для заполнения на компьютере и телефоне</dc:subject>
  <dc:creator>GetVisas</dc:creator>
  <cp:keywords>GetVisas, Великобритания, виза, опросный лист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